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HIMANSHU BHARDWAJ</w:t>
      </w:r>
    </w:p>
    <w:p>
      <w:r>
        <w:t>SENIOR PRODUCT ENGINEER | FULL-STACK DEVELOPMENT</w:t>
      </w:r>
    </w:p>
    <w:p>
      <w:r>
        <w:t>Noida, India | +91 7014296319 | bhardwajhimanshu2515@gmail.com</w:t>
      </w:r>
    </w:p>
    <w:p>
      <w:r>
        <w:t>linkedin.com/in/mern-full-stack-developer</w:t>
      </w:r>
    </w:p>
    <w:p>
      <w:r>
        <w:t>github.com/bhardwajhimanshu2515</w:t>
      </w:r>
    </w:p>
    <w:p>
      <w:pPr>
        <w:keepNext/>
        <w:spacing w:before="200"/>
      </w:pPr>
      <w:r>
        <w:rPr>
          <w:b/>
          <w:sz w:val="22"/>
        </w:rPr>
        <w:t>PROFESSIONAL SUMMARY</w:t>
      </w:r>
    </w:p>
    <w:p>
      <w:r>
        <w:t>Senior Product Engineer with 5+ years of experience building full-stack web applications across utilities, healthcare, and HR technology. Strong expertise in React, TypeScript, Node.js, REST APIs, and enterprise .NET integrations. Delivered a 20% reduction in application load time, 30% improvement in development efficiency, and 25% fewer system crashes through performance optimization, reusable components, and production debugging.</w:t>
      </w:r>
    </w:p>
    <w:p>
      <w:pPr>
        <w:keepNext/>
        <w:spacing w:before="200"/>
      </w:pPr>
      <w:r>
        <w:rPr>
          <w:b/>
          <w:sz w:val="22"/>
        </w:rPr>
        <w:t>TECHNICAL SKILLS</w:t>
      </w:r>
    </w:p>
    <w:p>
      <w:r>
        <w:t>Frontend: React.js, Redux, Redux Toolkit, JavaScript, TypeScript, HTML, CSS, SCSS, Material UI, Ionic React</w:t>
      </w:r>
    </w:p>
    <w:p>
      <w:r>
        <w:t>Backend and APIs: Node.js, Express.js, REST APIs, .NET integration, GraphQL, AWS AppSync</w:t>
      </w:r>
    </w:p>
    <w:p>
      <w:r>
        <w:t>Databases: MongoDB, Mongoose, SQL, DynamoDB</w:t>
      </w:r>
    </w:p>
    <w:p>
      <w:r>
        <w:t>Testing and delivery: Jest, Enzyme, Git, GitHub, CI/CD, Heroku, Netlify, Jira, Confluence, Scrum</w:t>
      </w:r>
    </w:p>
    <w:p>
      <w:pPr>
        <w:keepNext/>
        <w:spacing w:before="200"/>
      </w:pPr>
      <w:r>
        <w:rPr>
          <w:b/>
          <w:sz w:val="22"/>
        </w:rPr>
        <w:t>PROFESSIONAL EXPERIENCE</w:t>
      </w:r>
    </w:p>
    <w:p>
      <w:pPr>
        <w:keepNext/>
      </w:pPr>
      <w:r>
        <w:rPr>
          <w:b/>
          <w:sz w:val="21"/>
        </w:rPr>
        <w:t>Senior Product Engineer - Full Stack</w:t>
      </w:r>
    </w:p>
    <w:p>
      <w:pPr>
        <w:keepNext/>
      </w:pPr>
      <w:r>
        <w:t>Smart Energy Water Pvt. Ltd. | Jan 2025 - Present</w:t>
      </w:r>
    </w:p>
    <w:p>
      <w:pPr>
        <w:keepNext/>
      </w:pPr>
      <w:r>
        <w:t>Product: Alectra Builder</w:t>
      </w:r>
    </w:p>
    <w:p>
      <w:pPr>
        <w:ind w:left="173" w:hanging="144"/>
      </w:pPr>
      <w:r>
        <w:t>- Engineer scalable full-stack applications using React.js, Node.js, and .NET integrations.</w:t>
      </w:r>
    </w:p>
    <w:p>
      <w:pPr>
        <w:ind w:left="173" w:hanging="144"/>
      </w:pPr>
      <w:r>
        <w:t>- Optimize frontend performance and component reusability; streamline MongoDB and SQL interactions to support maintainable applications.</w:t>
      </w:r>
    </w:p>
    <w:p>
      <w:pPr>
        <w:ind w:left="173" w:hanging="144"/>
      </w:pPr>
      <w:r>
        <w:t>- Resolve critical production issues and improve code quality through automated testing and collaboration with .NET backend teams.</w:t>
      </w:r>
    </w:p>
    <w:p>
      <w:pPr>
        <w:keepNext/>
      </w:pPr>
      <w:r>
        <w:rPr>
          <w:b/>
          <w:sz w:val="21"/>
        </w:rPr>
        <w:t>Product Engineer - Full Stack</w:t>
      </w:r>
    </w:p>
    <w:p>
      <w:pPr>
        <w:keepNext/>
      </w:pPr>
      <w:r>
        <w:t>Smart Energy Water Pvt. Ltd. | Aug 2023 - Jan 2025</w:t>
      </w:r>
    </w:p>
    <w:p>
      <w:pPr>
        <w:keepNext/>
      </w:pPr>
      <w:r>
        <w:t>Product: American Water</w:t>
      </w:r>
    </w:p>
    <w:p>
      <w:pPr>
        <w:ind w:left="173" w:hanging="144"/>
      </w:pPr>
      <w:r>
        <w:t>- Reduced application load time by 20% through frontend optimization in React-based applications integrated with enterprise .NET services.</w:t>
      </w:r>
    </w:p>
    <w:p>
      <w:pPr>
        <w:ind w:left="173" w:hanging="144"/>
      </w:pPr>
      <w:r>
        <w:t>- Built reusable UI components that improved development efficiency by 30%; managed application state using Redux.</w:t>
      </w:r>
    </w:p>
    <w:p>
      <w:pPr>
        <w:ind w:left="173" w:hanging="144"/>
      </w:pPr>
      <w:r>
        <w:t>- Reduced testing errors by 30% using Jest and Enzyme, and reduced system crashes by 25% by debugging critical React components and backend integrations.</w:t>
      </w:r>
    </w:p>
    <w:p>
      <w:pPr>
        <w:ind w:left="173" w:hanging="144"/>
      </w:pPr>
      <w:r>
        <w:t>- Integrated and debugged .NET REST APIs to ensure reliable data flow across scalable applications.</w:t>
      </w:r>
    </w:p>
    <w:p>
      <w:r>
        <w:br w:type="page"/>
      </w:r>
    </w:p>
    <w:p>
      <w:pPr>
        <w:keepNext/>
        <w:spacing w:before="200"/>
      </w:pPr>
      <w:r>
        <w:rPr>
          <w:b/>
          <w:sz w:val="22"/>
        </w:rPr>
        <w:t>PROFESSIONAL EXPERIENCE (CONTINUED)</w:t>
      </w:r>
    </w:p>
    <w:p>
      <w:pPr>
        <w:keepNext/>
      </w:pPr>
      <w:r>
        <w:rPr>
          <w:b/>
          <w:sz w:val="21"/>
        </w:rPr>
        <w:t>React.js Developer</w:t>
      </w:r>
    </w:p>
    <w:p>
      <w:pPr>
        <w:keepNext/>
      </w:pPr>
      <w:r>
        <w:t>Global Healthcare &amp; Billing Partners | Mar 2022 - May 2023</w:t>
      </w:r>
    </w:p>
    <w:p>
      <w:pPr>
        <w:keepNext/>
      </w:pPr>
      <w:r>
        <w:t>Product: Claimocity</w:t>
      </w:r>
    </w:p>
    <w:p>
      <w:pPr>
        <w:ind w:left="173" w:hanging="144"/>
      </w:pPr>
      <w:r>
        <w:t>- Built cross-platform healthcare billing applications for web, iOS, and Android using Ionic React and TypeScript.</w:t>
      </w:r>
    </w:p>
    <w:p>
      <w:pPr>
        <w:ind w:left="173" w:hanging="144"/>
      </w:pPr>
      <w:r>
        <w:t>- Developed Node.js REST APIs and optimized MongoDB queries, reducing API response time by 20%.</w:t>
      </w:r>
    </w:p>
    <w:p>
      <w:pPr>
        <w:ind w:left="173" w:hanging="144"/>
      </w:pPr>
      <w:r>
        <w:t>- Collaborated with a 10-member team to deliver healthcare billing solutions.</w:t>
      </w:r>
    </w:p>
    <w:p>
      <w:pPr>
        <w:keepNext/>
      </w:pPr>
      <w:r>
        <w:rPr>
          <w:b/>
          <w:sz w:val="21"/>
        </w:rPr>
        <w:t>React.js Developer</w:t>
      </w:r>
    </w:p>
    <w:p>
      <w:pPr>
        <w:keepNext/>
      </w:pPr>
      <w:r>
        <w:t>Talentroots | Apr 2021 - Mar 2022</w:t>
      </w:r>
    </w:p>
    <w:p>
      <w:pPr>
        <w:keepNext/>
      </w:pPr>
      <w:r>
        <w:t>Product: Emplify</w:t>
      </w:r>
    </w:p>
    <w:p>
      <w:pPr>
        <w:ind w:left="173" w:hanging="144"/>
      </w:pPr>
      <w:r>
        <w:t>- Led UI development for an HRMS product using React.js and Redux Toolkit.</w:t>
      </w:r>
    </w:p>
    <w:p>
      <w:pPr>
        <w:ind w:left="173" w:hanging="144"/>
      </w:pPr>
      <w:r>
        <w:t>- Built GraphQL APIs using AWS AppSync and integrated third-party services including Gusto and Slack.</w:t>
      </w:r>
    </w:p>
    <w:p>
      <w:pPr>
        <w:ind w:left="173" w:hanging="144"/>
      </w:pPr>
      <w:r>
        <w:t>- Developed a Slack application that improved engagement by 15%.</w:t>
      </w:r>
    </w:p>
    <w:p>
      <w:pPr>
        <w:keepNext/>
      </w:pPr>
      <w:r>
        <w:rPr>
          <w:b/>
          <w:sz w:val="21"/>
        </w:rPr>
        <w:t>Platform Ops Intern</w:t>
      </w:r>
    </w:p>
    <w:p>
      <w:pPr>
        <w:keepNext/>
      </w:pPr>
      <w:r>
        <w:t>XenonStack | Feb 2021 - Apr 2021</w:t>
      </w:r>
    </w:p>
    <w:p>
      <w:pPr>
        <w:ind w:left="173" w:hanging="144"/>
      </w:pPr>
      <w:r>
        <w:t>- Built proofs of concept using React.js, Node.js, GraphQL, and MongoDB while collaborating with 10+ engineers.</w:t>
      </w:r>
    </w:p>
    <w:p>
      <w:pPr>
        <w:keepNext/>
      </w:pPr>
      <w:r>
        <w:rPr>
          <w:b/>
          <w:sz w:val="21"/>
        </w:rPr>
        <w:t>MERN Stack Developer Intern</w:t>
      </w:r>
    </w:p>
    <w:p>
      <w:pPr>
        <w:keepNext/>
      </w:pPr>
      <w:r>
        <w:t>The Youth Project | May 2020 - Feb 2021</w:t>
      </w:r>
    </w:p>
    <w:p>
      <w:pPr>
        <w:ind w:left="173" w:hanging="144"/>
      </w:pPr>
      <w:r>
        <w:t>- Built full-stack applications using React.js, Node.js, and MongoDB; developed REST APIs and CI/CD pipelines.</w:t>
      </w:r>
    </w:p>
    <w:p>
      <w:pPr>
        <w:ind w:left="173" w:hanging="144"/>
      </w:pPr>
      <w:r>
        <w:t>- Improved deployment workflows using Heroku and Netlify.</w:t>
      </w:r>
    </w:p>
    <w:p>
      <w:pPr>
        <w:keepNext/>
        <w:spacing w:before="200"/>
      </w:pPr>
      <w:r>
        <w:rPr>
          <w:b/>
          <w:sz w:val="22"/>
        </w:rPr>
        <w:t>EDUCATION</w:t>
      </w:r>
    </w:p>
    <w:p>
      <w:pPr>
        <w:keepNext/>
      </w:pPr>
      <w:r>
        <w:rPr>
          <w:b/>
          <w:sz w:val="21"/>
        </w:rPr>
        <w:t>B.Tech in Computer Science</w:t>
      </w:r>
    </w:p>
    <w:p>
      <w:r>
        <w:t>Poornima University | Aug 2017 - Jun 2021</w:t>
      </w:r>
    </w:p>
    <w:sectPr w:rsidR="00FC693F" w:rsidRPr="0006063C" w:rsidSect="00034616"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